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74B2F" w14:textId="77777777" w:rsidR="0092445B" w:rsidRDefault="00000000">
      <w:pPr>
        <w:spacing w:after="360" w:line="240" w:lineRule="auto"/>
        <w:jc w:val="center"/>
      </w:pPr>
      <w:r>
        <w:rPr>
          <w:b/>
          <w:sz w:val="32"/>
        </w:rPr>
        <w:t>UNIVERSITÀ VITA-SALUTE SAN RAFFAELE</w:t>
      </w:r>
    </w:p>
    <w:p w14:paraId="2D9C2749" w14:textId="02F4D45D" w:rsidR="0092445B" w:rsidRDefault="00000000">
      <w:pPr>
        <w:spacing w:after="40" w:line="240" w:lineRule="auto"/>
        <w:jc w:val="center"/>
      </w:pPr>
      <w:r>
        <w:rPr>
          <w:b/>
          <w:sz w:val="30"/>
        </w:rPr>
        <w:t xml:space="preserve">FACOLTÀ DI </w:t>
      </w:r>
      <w:r w:rsidR="006C7529">
        <w:rPr>
          <w:b/>
          <w:sz w:val="30"/>
        </w:rPr>
        <w:t xml:space="preserve">XXXXXX  </w:t>
      </w:r>
    </w:p>
    <w:p w14:paraId="5A9BF3DC" w14:textId="5A17E58E" w:rsidR="0092445B" w:rsidRDefault="00000000">
      <w:pPr>
        <w:spacing w:after="0" w:line="240" w:lineRule="auto"/>
        <w:jc w:val="center"/>
      </w:pPr>
      <w:r>
        <w:rPr>
          <w:sz w:val="26"/>
        </w:rPr>
        <w:t xml:space="preserve">Corso di Laurea </w:t>
      </w:r>
      <w:r w:rsidR="006C7529">
        <w:rPr>
          <w:sz w:val="26"/>
        </w:rPr>
        <w:t>in XXXXXXX</w:t>
      </w:r>
    </w:p>
    <w:p w14:paraId="2BE71EAF" w14:textId="77777777" w:rsidR="0092445B" w:rsidRDefault="0092445B">
      <w:pPr>
        <w:spacing w:after="680" w:line="240" w:lineRule="auto"/>
      </w:pPr>
    </w:p>
    <w:p w14:paraId="594D6BBC" w14:textId="77777777" w:rsidR="007C4B1F" w:rsidRDefault="007C4B1F">
      <w:pPr>
        <w:spacing w:after="680" w:line="240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617"/>
      </w:tblGrid>
      <w:tr w:rsidR="0092445B" w14:paraId="3BC6A258" w14:textId="77777777">
        <w:trPr>
          <w:jc w:val="center"/>
        </w:trPr>
        <w:tc>
          <w:tcPr>
            <w:tcW w:w="86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90D84B" w14:textId="77777777" w:rsidR="0092445B" w:rsidRDefault="00000000">
            <w:pPr>
              <w:spacing w:after="0"/>
              <w:jc w:val="center"/>
            </w:pPr>
            <w:r>
              <w:rPr>
                <w:b/>
                <w:color w:val="464646"/>
                <w:sz w:val="36"/>
              </w:rPr>
              <w:t>[INSERISCI QUI IL TITOLO DELLA TESI]</w:t>
            </w:r>
          </w:p>
        </w:tc>
      </w:tr>
    </w:tbl>
    <w:p w14:paraId="4E4ECF6D" w14:textId="61BDBE62" w:rsidR="0092445B" w:rsidRDefault="00000000">
      <w:pPr>
        <w:spacing w:before="100" w:after="680" w:line="240" w:lineRule="auto"/>
        <w:jc w:val="center"/>
        <w:rPr>
          <w:i/>
          <w:color w:val="696969"/>
          <w:sz w:val="18"/>
        </w:rPr>
      </w:pPr>
      <w:r>
        <w:rPr>
          <w:i/>
          <w:color w:val="696969"/>
          <w:sz w:val="18"/>
        </w:rPr>
        <w:t>Sostituisci il testo tra parentesi quadre mantenendo, per quanto possibile, l’impaginazione generale.</w:t>
      </w:r>
    </w:p>
    <w:p w14:paraId="6BA9216E" w14:textId="77777777" w:rsidR="007C4B1F" w:rsidRDefault="007C4B1F">
      <w:pPr>
        <w:spacing w:before="100" w:after="680" w:line="240" w:lineRule="auto"/>
        <w:jc w:val="center"/>
        <w:rPr>
          <w:i/>
          <w:color w:val="696969"/>
          <w:sz w:val="18"/>
        </w:rPr>
      </w:pPr>
    </w:p>
    <w:p w14:paraId="54908919" w14:textId="77777777" w:rsidR="007C4B1F" w:rsidRDefault="007C4B1F">
      <w:pPr>
        <w:spacing w:before="100" w:after="680" w:line="240" w:lineRule="auto"/>
        <w:jc w:val="center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12"/>
      </w:tblGrid>
      <w:tr w:rsidR="0092445B" w14:paraId="6795BB24" w14:textId="77777777">
        <w:tc>
          <w:tcPr>
            <w:tcW w:w="9412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78710C" w14:textId="77777777" w:rsidR="0092445B" w:rsidRDefault="00000000">
            <w:pPr>
              <w:spacing w:after="60"/>
            </w:pPr>
            <w:r>
              <w:rPr>
                <w:b/>
              </w:rPr>
              <w:t xml:space="preserve">Relatore: </w:t>
            </w:r>
            <w:r>
              <w:t>Prof./Prof.ssa [Nome Cognome]</w:t>
            </w:r>
          </w:p>
        </w:tc>
      </w:tr>
      <w:tr w:rsidR="0092445B" w14:paraId="0ADFBF55" w14:textId="77777777">
        <w:tc>
          <w:tcPr>
            <w:tcW w:w="9412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392F7D" w14:textId="77777777" w:rsidR="0092445B" w:rsidRDefault="00000000">
            <w:r>
              <w:rPr>
                <w:b/>
              </w:rPr>
              <w:t xml:space="preserve">Correlatore (se previsto): </w:t>
            </w:r>
            <w:r>
              <w:t>[Titolo Nome Cognome]</w:t>
            </w:r>
          </w:p>
        </w:tc>
      </w:tr>
    </w:tbl>
    <w:p w14:paraId="44BBC92A" w14:textId="77777777" w:rsidR="0092445B" w:rsidRDefault="0092445B">
      <w:pPr>
        <w:spacing w:after="760" w:line="240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12"/>
      </w:tblGrid>
      <w:tr w:rsidR="0092445B" w14:paraId="5AD46D31" w14:textId="77777777">
        <w:trPr>
          <w:jc w:val="center"/>
        </w:trPr>
        <w:tc>
          <w:tcPr>
            <w:tcW w:w="9412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212D51" w14:textId="77777777" w:rsidR="0092445B" w:rsidRDefault="00000000">
            <w:r>
              <w:rPr>
                <w:b/>
              </w:rPr>
              <w:t>Tesi di Laurea di:</w:t>
            </w:r>
          </w:p>
        </w:tc>
      </w:tr>
      <w:tr w:rsidR="0092445B" w14:paraId="6B25EEAD" w14:textId="77777777">
        <w:trPr>
          <w:jc w:val="center"/>
        </w:trPr>
        <w:tc>
          <w:tcPr>
            <w:tcW w:w="9412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6DD8E1" w14:textId="77777777" w:rsidR="0092445B" w:rsidRDefault="00000000">
            <w:r>
              <w:rPr>
                <w:sz w:val="26"/>
              </w:rPr>
              <w:t>[Nome Cognome]</w:t>
            </w:r>
          </w:p>
        </w:tc>
      </w:tr>
      <w:tr w:rsidR="0092445B" w14:paraId="7071D767" w14:textId="77777777">
        <w:trPr>
          <w:jc w:val="center"/>
        </w:trPr>
        <w:tc>
          <w:tcPr>
            <w:tcW w:w="9412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4252DE" w14:textId="77777777" w:rsidR="0092445B" w:rsidRDefault="00000000">
            <w:r>
              <w:t>Matricola [0000000]</w:t>
            </w:r>
          </w:p>
        </w:tc>
      </w:tr>
    </w:tbl>
    <w:p w14:paraId="5A617291" w14:textId="77777777" w:rsidR="0092445B" w:rsidRDefault="0092445B">
      <w:pPr>
        <w:spacing w:after="1080" w:line="240" w:lineRule="auto"/>
      </w:pPr>
    </w:p>
    <w:p w14:paraId="67751118" w14:textId="77777777" w:rsidR="0092445B" w:rsidRDefault="00000000">
      <w:pPr>
        <w:spacing w:after="0" w:line="240" w:lineRule="auto"/>
        <w:jc w:val="center"/>
      </w:pPr>
      <w:r>
        <w:rPr>
          <w:sz w:val="25"/>
        </w:rPr>
        <w:t>Anno Accademico 20.. / 20..</w:t>
      </w:r>
    </w:p>
    <w:sectPr w:rsidR="0092445B" w:rsidSect="00034616"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123134">
    <w:abstractNumId w:val="8"/>
  </w:num>
  <w:num w:numId="2" w16cid:durableId="1104308264">
    <w:abstractNumId w:val="6"/>
  </w:num>
  <w:num w:numId="3" w16cid:durableId="1862256">
    <w:abstractNumId w:val="5"/>
  </w:num>
  <w:num w:numId="4" w16cid:durableId="231620938">
    <w:abstractNumId w:val="4"/>
  </w:num>
  <w:num w:numId="5" w16cid:durableId="326128458">
    <w:abstractNumId w:val="7"/>
  </w:num>
  <w:num w:numId="6" w16cid:durableId="1369601208">
    <w:abstractNumId w:val="3"/>
  </w:num>
  <w:num w:numId="7" w16cid:durableId="1584950849">
    <w:abstractNumId w:val="2"/>
  </w:num>
  <w:num w:numId="8" w16cid:durableId="1566378210">
    <w:abstractNumId w:val="1"/>
  </w:num>
  <w:num w:numId="9" w16cid:durableId="155616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0579"/>
    <w:rsid w:val="00326F90"/>
    <w:rsid w:val="00365CAF"/>
    <w:rsid w:val="006C7529"/>
    <w:rsid w:val="007C4B1F"/>
    <w:rsid w:val="0092445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BC294F"/>
  <w14:defaultImageDpi w14:val="300"/>
  <w15:docId w15:val="{A616DAFF-2B12-45D0-99FC-F85E4FB0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Frontespizio tesi UniSR - Medicina e Chirurgia</dc:title>
  <dc:subject>Modello Word di riferimento per il frontespizio della tesi</dc:subject>
  <dc:creator>Mondocopia</dc:creator>
  <cp:keywords>UniSR, Università Vita-Salute San Raffaele, Medicina e Chirurgia, frontespizio tesi</cp:keywords>
  <dc:description>Modello di riferimento da verificare con le indicazioni UniSR aggiornate.</dc:description>
  <cp:lastModifiedBy>Gianni Negri</cp:lastModifiedBy>
  <cp:revision>4</cp:revision>
  <dcterms:created xsi:type="dcterms:W3CDTF">2013-12-23T23:15:00Z</dcterms:created>
  <dcterms:modified xsi:type="dcterms:W3CDTF">2026-09-20T15:45:00Z</dcterms:modified>
  <cp:category/>
</cp:coreProperties>
</file>